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r>
        <w:t>ORIGINAL / RESEARCH ARTICLE TEMPLATE</w:t>
      </w:r>
    </w:p>
    <w:p>
      <w:r>
        <w:t>International Journal of Interdisciplinary Medical Sciences (IJIMS)</w:t>
      </w:r>
    </w:p>
    <w:p/>
    <w:p>
      <w:r>
        <w:t>Title of the Research Article</w:t>
      </w:r>
    </w:p>
    <w:p>
      <w:r>
        <w:t>(Concise, specific, and informative)</w:t>
      </w:r>
    </w:p>
    <w:p/>
    <w:p>
      <w:r>
        <w:t>Running Title:</w:t>
      </w:r>
    </w:p>
    <w:p/>
    <w:p>
      <w:r>
        <w:t>Authors</w:t>
      </w:r>
    </w:p>
    <w:p>
      <w:r>
        <w:t>First Author¹, Second Author²</w:t>
      </w:r>
    </w:p>
    <w:p/>
    <w:p>
      <w:r>
        <w:t>Affiliations:</w:t>
      </w:r>
    </w:p>
    <w:p>
      <w:r>
        <w:t>¹ Department, Institution, City, State, Country</w:t>
      </w:r>
    </w:p>
    <w:p/>
    <w:p>
      <w:r>
        <w:t>Corresponding Author:</w:t>
      </w:r>
    </w:p>
    <w:p>
      <w:r>
        <w:t>Name:</w:t>
      </w:r>
    </w:p>
    <w:p>
      <w:r>
        <w:t>Designation:</w:t>
      </w:r>
    </w:p>
    <w:p>
      <w:r>
        <w:t>Institution:</w:t>
      </w:r>
    </w:p>
    <w:p>
      <w:r>
        <w:t>Email:</w:t>
      </w:r>
    </w:p>
    <w:p>
      <w:r>
        <w:t>Mobile:</w:t>
      </w:r>
    </w:p>
    <w:p/>
    <w:p>
      <w:r>
        <w:t>ABSTRACT (Structured – up to 250 words)</w:t>
      </w:r>
    </w:p>
    <w:p>
      <w:r>
        <w:t>Background:</w:t>
      </w:r>
    </w:p>
    <w:p>
      <w:r>
        <w:t>Objectives:</w:t>
      </w:r>
    </w:p>
    <w:p>
      <w:r>
        <w:t>Materials and Methods:</w:t>
      </w:r>
    </w:p>
    <w:p>
      <w:r>
        <w:t>Results:</w:t>
      </w:r>
    </w:p>
    <w:p>
      <w:r>
        <w:t>Conclusion:</w:t>
      </w:r>
    </w:p>
    <w:p/>
    <w:p>
      <w:r>
        <w:t>Keywords: 3–6 keywords</w:t>
      </w:r>
    </w:p>
    <w:p/>
    <w:p>
      <w:r>
        <w:t>1. Introduction</w:t>
      </w:r>
    </w:p>
    <w:p>
      <w:r>
        <w:t>- Background and rationale</w:t>
      </w:r>
    </w:p>
    <w:p>
      <w:r>
        <w:t>- Interdisciplinary relevance</w:t>
      </w:r>
    </w:p>
    <w:p>
      <w:r>
        <w:t>- Objectives / Hypothesis</w:t>
      </w:r>
    </w:p>
    <w:p/>
    <w:p>
      <w:r>
        <w:t>2. Materials and Methods</w:t>
      </w:r>
    </w:p>
    <w:p>
      <w:r>
        <w:t>2.1 Study Design</w:t>
      </w:r>
    </w:p>
    <w:p>
      <w:r>
        <w:t>2.2 Study Area / Setting</w:t>
      </w:r>
    </w:p>
    <w:p>
      <w:r>
        <w:t>2.3 Study Population</w:t>
      </w:r>
    </w:p>
    <w:p>
      <w:r>
        <w:t>2.4 Inclusion Criteria</w:t>
      </w:r>
    </w:p>
    <w:p>
      <w:r>
        <w:t>2.5 Exclusion Criteria</w:t>
      </w:r>
    </w:p>
    <w:p>
      <w:r>
        <w:t>2.6 Sample Size and Sampling Technique</w:t>
      </w:r>
    </w:p>
    <w:p>
      <w:r>
        <w:t>2.7 Intervention / Study Procedure</w:t>
      </w:r>
    </w:p>
    <w:p>
      <w:r>
        <w:t>2.8 Outcome Measures</w:t>
      </w:r>
    </w:p>
    <w:p>
      <w:r>
        <w:t>2.9 Statistical Analysis</w:t>
      </w:r>
    </w:p>
    <w:p>
      <w:r>
        <w:t>2.10 Ethical Approval</w:t>
      </w:r>
    </w:p>
    <w:p/>
    <w:p>
      <w:r>
        <w:t>3. Results</w:t>
      </w:r>
    </w:p>
    <w:p>
      <w:r>
        <w:t>- Observations</w:t>
      </w:r>
    </w:p>
    <w:p>
      <w:r>
        <w:t>- Tables and Figures with interpretation</w:t>
      </w:r>
    </w:p>
    <w:p/>
    <w:p>
      <w:r>
        <w:t>4. Discussion</w:t>
      </w:r>
    </w:p>
    <w:p>
      <w:r>
        <w:t>- Interpretation of findings</w:t>
      </w:r>
    </w:p>
    <w:p>
      <w:r>
        <w:t>- Comparison with previous studies</w:t>
      </w:r>
    </w:p>
    <w:p>
      <w:r>
        <w:t>- Possible mechanisms</w:t>
      </w:r>
    </w:p>
    <w:p>
      <w:r>
        <w:t>- Strengths and limitations</w:t>
      </w:r>
    </w:p>
    <w:p/>
    <w:p>
      <w:r>
        <w:t>5. Conclusion</w:t>
      </w:r>
    </w:p>
    <w:p/>
    <w:p>
      <w:r>
        <w:t>6. Clinical Implications / Significance</w:t>
      </w:r>
    </w:p>
    <w:p/>
    <w:p>
      <w:r>
        <w:t>7. Limitations of the Study</w:t>
      </w:r>
    </w:p>
    <w:p/>
    <w:p>
      <w:r>
        <w:t>8. Future Scope / Recommendations</w:t>
      </w:r>
    </w:p>
    <w:p/>
    <w:p>
      <w:r>
        <w:t>Acknowledgements</w:t>
      </w:r>
    </w:p>
    <w:p/>
    <w:p>
      <w:r>
        <w:t>Conflict of Interest</w:t>
      </w:r>
    </w:p>
    <w:p>
      <w:r>
        <w:t>Funding Source</w:t>
      </w:r>
    </w:p>
    <w:p>
      <w:r>
        <w:t>Ethical Approval</w:t>
      </w:r>
    </w:p>
    <w:p>
      <w:r>
        <w:t>Informed Consent (if applicable)</w:t>
      </w:r>
    </w:p>
    <w:p/>
    <w:p>
      <w:r>
        <w:t>References</w:t>
      </w:r>
    </w:p>
    <w:p>
      <w:r>
        <w:t>(Vancouver Style)</w:t>
      </w:r>
    </w:p>
    <w:p/>
    <w:p>
      <w:r>
        <w:t>Tables and Figures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